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" w:before="0"/>
        <w:jc w:val="center"/>
      </w:pPr>
      <w:r>
        <w:rPr>
          <w:rFonts w:ascii="Arial" w:hAnsi="Arial"/>
          <w:b/>
          <w:sz w:val="24"/>
        </w:rPr>
        <w:t>THEIR SECRET THOUGHTS CHEATSHEET</w:t>
      </w:r>
    </w:p>
    <w:p>
      <w:pPr>
        <w:spacing w:after="40" w:before="0"/>
        <w:jc w:val="center"/>
      </w:pPr>
      <w:r>
        <w:rPr>
          <w:i/>
          <w:sz w:val="15"/>
        </w:rPr>
        <w:t>Chiron voice. What they are secretly thinking about you, and what is driving it underneath.</w:t>
      </w:r>
    </w:p>
    <w:p>
      <w:pPr>
        <w:sectPr>
          <w:pgSz w:w="15840" w:h="12240" w:orient="landscape"/>
          <w:pgMar w:top="288" w:right="288" w:bottom="288" w:left="288" w:header="720" w:footer="720" w:gutter="0"/>
          <w:cols w:space="240" w:num="1" w:equalWidth="1"/>
          <w:docGrid w:linePitch="360"/>
        </w:sectPr>
      </w:pPr>
    </w:p>
    <w:p>
      <w:pPr>
        <w:keepNext/>
        <w:spacing w:after="20" w:before="40" w:line="170" w:lineRule="exact"/>
      </w:pPr>
      <w:r>
        <w:rPr>
          <w:b/>
          <w:color w:val="46ACC8"/>
          <w:sz w:val="15"/>
        </w:rPr>
        <w:t>CUPS</w:t>
      </w:r>
    </w:p>
    <w:p>
      <w:pPr>
        <w:keepLines/>
        <w:spacing w:after="44" w:before="0" w:line="144" w:lineRule="exact"/>
      </w:pPr>
      <w:r>
        <w:rPr>
          <w:b/>
          <w:sz w:val="12"/>
        </w:rPr>
        <w:t>Ace of Cups</w:t>
      </w:r>
      <w:r>
        <w:rPr>
          <w:i/>
          <w:color w:val="6B4C3B"/>
          <w:sz w:val="11"/>
        </w:rPr>
        <w:t xml:space="preserve"> (new offering, healing, test, gift) </w:t>
      </w:r>
      <w:r>
        <w:rPr>
          <w:sz w:val="12"/>
        </w:rPr>
        <w:t xml:space="preserve">They see you as </w:t>
      </w:r>
      <w:r>
        <w:rPr>
          <w:b/>
          <w:sz w:val="12"/>
        </w:rPr>
        <w:t>the blessing that showed up after the worst hit</w:t>
      </w:r>
      <w:r>
        <w:rPr>
          <w:sz w:val="12"/>
        </w:rPr>
        <w:t>, and they're testing if you'll open the door first.</w:t>
      </w:r>
    </w:p>
    <w:p>
      <w:pPr>
        <w:keepLines/>
        <w:spacing w:after="44" w:before="0" w:line="144" w:lineRule="exact"/>
      </w:pPr>
      <w:r>
        <w:rPr>
          <w:b/>
          <w:sz w:val="12"/>
        </w:rPr>
        <w:t>Two of Cups</w:t>
      </w:r>
      <w:r>
        <w:rPr>
          <w:i/>
          <w:color w:val="6B4C3B"/>
          <w:sz w:val="11"/>
        </w:rPr>
        <w:t xml:space="preserve"> (options, karma, mutual connection, truth) </w:t>
      </w:r>
      <w:r>
        <w:rPr>
          <w:sz w:val="12"/>
        </w:rPr>
        <w:t xml:space="preserve">They realize too late you got options and </w:t>
      </w:r>
      <w:r>
        <w:rPr>
          <w:b/>
          <w:sz w:val="12"/>
        </w:rPr>
        <w:t>the karma is hitting</w:t>
      </w:r>
      <w:r>
        <w:rPr>
          <w:sz w:val="12"/>
        </w:rPr>
        <w:t xml:space="preserve"> because you started falling for facts, not fantasy.</w:t>
      </w:r>
    </w:p>
    <w:p>
      <w:pPr>
        <w:keepLines/>
        <w:spacing w:after="44" w:before="0" w:line="144" w:lineRule="exact"/>
      </w:pPr>
      <w:r>
        <w:rPr>
          <w:b/>
          <w:sz w:val="12"/>
        </w:rPr>
        <w:t>Three of Cups</w:t>
      </w:r>
      <w:r>
        <w:rPr>
          <w:i/>
          <w:color w:val="6B4C3B"/>
          <w:sz w:val="11"/>
        </w:rPr>
        <w:t xml:space="preserve"> (reconciliation, scared, third party, mending) </w:t>
      </w:r>
      <w:r>
        <w:rPr>
          <w:sz w:val="12"/>
        </w:rPr>
        <w:t xml:space="preserve">They want to reconcile, but </w:t>
      </w:r>
      <w:r>
        <w:rPr>
          <w:b/>
          <w:sz w:val="12"/>
        </w:rPr>
        <w:t>a third party got all up in your business</w:t>
      </w:r>
      <w:r>
        <w:rPr>
          <w:sz w:val="12"/>
        </w:rPr>
        <w:t>, and they're scared you're too guarded to hear them.</w:t>
      </w:r>
    </w:p>
    <w:p>
      <w:pPr>
        <w:keepLines/>
        <w:spacing w:after="44" w:before="0" w:line="144" w:lineRule="exact"/>
      </w:pPr>
      <w:r>
        <w:rPr>
          <w:b/>
          <w:sz w:val="12"/>
        </w:rPr>
        <w:t>Four of Cups</w:t>
      </w:r>
      <w:r>
        <w:rPr>
          <w:i/>
          <w:color w:val="6B4C3B"/>
          <w:sz w:val="11"/>
        </w:rPr>
        <w:t xml:space="preserve"> (rejection, stuck, unbothered, soul tribe) </w:t>
      </w:r>
      <w:r>
        <w:rPr>
          <w:sz w:val="12"/>
        </w:rPr>
        <w:t xml:space="preserve">You ain't afraid of rejection and they can't rattle you, so </w:t>
      </w:r>
      <w:r>
        <w:rPr>
          <w:b/>
          <w:sz w:val="12"/>
        </w:rPr>
        <w:t>not being able to move you</w:t>
      </w:r>
      <w:r>
        <w:rPr>
          <w:sz w:val="12"/>
        </w:rPr>
        <w:t xml:space="preserve"> is what keeps them up at night.</w:t>
      </w:r>
    </w:p>
    <w:p>
      <w:pPr>
        <w:keepLines/>
        <w:spacing w:after="44" w:before="0" w:line="144" w:lineRule="exact"/>
      </w:pPr>
      <w:r>
        <w:rPr>
          <w:b/>
          <w:sz w:val="12"/>
        </w:rPr>
        <w:t>Five of Cups</w:t>
      </w:r>
      <w:r>
        <w:rPr>
          <w:i/>
          <w:color w:val="6B4C3B"/>
          <w:sz w:val="11"/>
        </w:rPr>
        <w:t xml:space="preserve"> (sadness, trapped, light-stealing, grief) </w:t>
      </w:r>
      <w:r>
        <w:rPr>
          <w:sz w:val="12"/>
        </w:rPr>
        <w:t xml:space="preserve">They want to trap you in sadness and steal your light because </w:t>
      </w:r>
      <w:r>
        <w:rPr>
          <w:b/>
          <w:sz w:val="12"/>
        </w:rPr>
        <w:t>your healing makes their stagnation look worse</w:t>
      </w:r>
      <w:r>
        <w:rPr>
          <w:sz w:val="12"/>
        </w:rPr>
        <w:t>.</w:t>
      </w:r>
    </w:p>
    <w:p>
      <w:pPr>
        <w:keepLines/>
        <w:spacing w:after="44" w:before="0" w:line="144" w:lineRule="exact"/>
      </w:pPr>
      <w:r>
        <w:rPr>
          <w:b/>
          <w:sz w:val="12"/>
        </w:rPr>
        <w:t>Six of Cups</w:t>
      </w:r>
      <w:r>
        <w:rPr>
          <w:i/>
          <w:color w:val="6B4C3B"/>
          <w:sz w:val="11"/>
        </w:rPr>
        <w:t xml:space="preserve"> (nostalgia, inner child, past connections, deep bonds) </w:t>
      </w:r>
      <w:r>
        <w:rPr>
          <w:sz w:val="12"/>
        </w:rPr>
        <w:t xml:space="preserve">The more they hated on your bond the more you turned it to love, and </w:t>
      </w:r>
      <w:r>
        <w:rPr>
          <w:b/>
          <w:sz w:val="12"/>
        </w:rPr>
        <w:t>something deep keeps calling them back</w:t>
      </w:r>
      <w:r>
        <w:rPr>
          <w:sz w:val="12"/>
        </w:rPr>
        <w:t>.</w:t>
      </w:r>
    </w:p>
    <w:p>
      <w:pPr>
        <w:keepLines/>
        <w:spacing w:after="44" w:before="0" w:line="144" w:lineRule="exact"/>
      </w:pPr>
      <w:r>
        <w:rPr>
          <w:b/>
          <w:sz w:val="12"/>
        </w:rPr>
        <w:t>Seven of Cups</w:t>
      </w:r>
      <w:r>
        <w:rPr>
          <w:i/>
          <w:color w:val="6B4C3B"/>
          <w:sz w:val="11"/>
        </w:rPr>
        <w:t xml:space="preserve"> (illusion, fantasy, clarity, clouded vision) </w:t>
      </w:r>
      <w:r>
        <w:rPr>
          <w:sz w:val="12"/>
        </w:rPr>
        <w:t xml:space="preserve">Their vision is clouded by </w:t>
      </w:r>
      <w:r>
        <w:rPr>
          <w:b/>
          <w:sz w:val="12"/>
        </w:rPr>
        <w:t>the fantasy they built about you</w:t>
      </w:r>
      <w:r>
        <w:rPr>
          <w:sz w:val="12"/>
        </w:rPr>
        <w:t>, and now they gotta forgive themselves for being a dummy.</w:t>
      </w:r>
    </w:p>
    <w:p>
      <w:pPr>
        <w:keepLines/>
        <w:spacing w:after="44" w:before="0" w:line="144" w:lineRule="exact"/>
      </w:pPr>
      <w:r>
        <w:rPr>
          <w:b/>
          <w:sz w:val="12"/>
        </w:rPr>
        <w:t>Eight of Cups</w:t>
      </w:r>
      <w:r>
        <w:rPr>
          <w:i/>
          <w:color w:val="6B4C3B"/>
          <w:sz w:val="11"/>
        </w:rPr>
        <w:t xml:space="preserve"> (walking away, intuition, cut off, moving on) </w:t>
      </w:r>
      <w:r>
        <w:rPr>
          <w:sz w:val="12"/>
        </w:rPr>
        <w:t xml:space="preserve">You walked away because you ain't sitting in a pity party, and </w:t>
      </w:r>
      <w:r>
        <w:rPr>
          <w:b/>
          <w:sz w:val="12"/>
        </w:rPr>
        <w:t>they didn't shoot their shot</w:t>
      </w:r>
      <w:r>
        <w:rPr>
          <w:sz w:val="12"/>
        </w:rPr>
        <w:t>, so that window is closed.</w:t>
      </w:r>
    </w:p>
    <w:p>
      <w:pPr>
        <w:keepLines/>
        <w:spacing w:after="44" w:before="0" w:line="144" w:lineRule="exact"/>
      </w:pPr>
      <w:r>
        <w:rPr>
          <w:b/>
          <w:sz w:val="12"/>
        </w:rPr>
        <w:t>Nine of Cups</w:t>
      </w:r>
      <w:r>
        <w:rPr>
          <w:i/>
          <w:color w:val="6B4C3B"/>
          <w:sz w:val="11"/>
        </w:rPr>
        <w:t xml:space="preserve"> (wish fulfillment, fighting feelings, manifestation, contentment) </w:t>
      </w:r>
      <w:r>
        <w:rPr>
          <w:sz w:val="12"/>
        </w:rPr>
        <w:t xml:space="preserve">People are shocked how you manifest, and they keep running from the truth that </w:t>
      </w:r>
      <w:r>
        <w:rPr>
          <w:b/>
          <w:sz w:val="12"/>
        </w:rPr>
        <w:t>you are the wish, not the obstacle</w:t>
      </w:r>
      <w:r>
        <w:rPr>
          <w:sz w:val="12"/>
        </w:rPr>
        <w:t>.</w:t>
      </w:r>
    </w:p>
    <w:p>
      <w:pPr>
        <w:keepLines/>
        <w:spacing w:after="44" w:before="0" w:line="144" w:lineRule="exact"/>
      </w:pPr>
      <w:r>
        <w:rPr>
          <w:b/>
          <w:sz w:val="12"/>
        </w:rPr>
        <w:t>Ten of Cups</w:t>
      </w:r>
      <w:r>
        <w:rPr>
          <w:i/>
          <w:color w:val="6B4C3B"/>
          <w:sz w:val="11"/>
        </w:rPr>
        <w:t xml:space="preserve"> (complete connection, soul bond, manifestation, spirit confirmation) </w:t>
      </w:r>
      <w:r>
        <w:rPr>
          <w:sz w:val="12"/>
        </w:rPr>
        <w:t xml:space="preserve">Spirit confirms this as a complete soul bond and they feel it in their bones, but </w:t>
      </w:r>
      <w:r>
        <w:rPr>
          <w:b/>
          <w:sz w:val="12"/>
        </w:rPr>
        <w:t>something this real makes them hesitate</w:t>
      </w:r>
      <w:r>
        <w:rPr>
          <w:sz w:val="12"/>
        </w:rPr>
        <w:t>.</w:t>
      </w:r>
    </w:p>
    <w:p>
      <w:pPr>
        <w:keepLines/>
        <w:spacing w:after="44" w:before="0" w:line="144" w:lineRule="exact"/>
      </w:pPr>
      <w:r>
        <w:rPr>
          <w:b/>
          <w:sz w:val="12"/>
        </w:rPr>
        <w:t>Page of Cups</w:t>
      </w:r>
      <w:r>
        <w:rPr>
          <w:i/>
          <w:color w:val="6B4C3B"/>
          <w:sz w:val="11"/>
        </w:rPr>
        <w:t xml:space="preserve"> (apology, reaching out, intuition, emotional breakthrough) </w:t>
      </w:r>
      <w:r>
        <w:rPr>
          <w:sz w:val="12"/>
        </w:rPr>
        <w:t xml:space="preserve">Your intuition was never wrong, and now they see </w:t>
      </w:r>
      <w:r>
        <w:rPr>
          <w:b/>
          <w:sz w:val="12"/>
        </w:rPr>
        <w:t>you were loyal the whole time</w:t>
      </w:r>
      <w:r>
        <w:rPr>
          <w:sz w:val="12"/>
        </w:rPr>
        <w:t xml:space="preserve"> while their anxiety accused you of lies.</w:t>
      </w:r>
    </w:p>
    <w:p>
      <w:pPr>
        <w:keepLines/>
        <w:spacing w:after="44" w:before="0" w:line="144" w:lineRule="exact"/>
      </w:pPr>
      <w:r>
        <w:rPr>
          <w:b/>
          <w:sz w:val="12"/>
        </w:rPr>
        <w:t>Knight of Cups</w:t>
      </w:r>
      <w:r>
        <w:rPr>
          <w:i/>
          <w:color w:val="6B4C3B"/>
          <w:sz w:val="11"/>
        </w:rPr>
        <w:t xml:space="preserve"> (protection, too late, divine protection, options) </w:t>
      </w:r>
      <w:r>
        <w:rPr>
          <w:sz w:val="12"/>
        </w:rPr>
        <w:t xml:space="preserve">They realize too late spirit will bring new love just to prove it, and </w:t>
      </w:r>
      <w:r>
        <w:rPr>
          <w:b/>
          <w:sz w:val="12"/>
        </w:rPr>
        <w:t>the fake love got exposed</w:t>
      </w:r>
      <w:r>
        <w:rPr>
          <w:sz w:val="12"/>
        </w:rPr>
        <w:t xml:space="preserve"> when real ones showed up.</w:t>
      </w:r>
    </w:p>
    <w:p>
      <w:pPr>
        <w:keepLines/>
        <w:spacing w:after="44" w:before="0" w:line="144" w:lineRule="exact"/>
      </w:pPr>
      <w:r>
        <w:rPr>
          <w:b/>
          <w:sz w:val="12"/>
        </w:rPr>
        <w:t>Queen of Cups</w:t>
      </w:r>
      <w:r>
        <w:rPr>
          <w:i/>
          <w:color w:val="6B4C3B"/>
          <w:sz w:val="11"/>
        </w:rPr>
        <w:t xml:space="preserve"> (grace, gift, acceptance, honesty) </w:t>
      </w:r>
      <w:r>
        <w:rPr>
          <w:sz w:val="12"/>
        </w:rPr>
        <w:t xml:space="preserve">Something about you is a gift and it makes them mad, because </w:t>
      </w:r>
      <w:r>
        <w:rPr>
          <w:b/>
          <w:sz w:val="12"/>
        </w:rPr>
        <w:t>your grace wrecks them</w:t>
      </w:r>
      <w:r>
        <w:rPr>
          <w:sz w:val="12"/>
        </w:rPr>
        <w:t xml:space="preserve"> more than the truth they won't tell.</w:t>
      </w:r>
    </w:p>
    <w:p>
      <w:pPr>
        <w:keepLines/>
        <w:spacing w:after="44" w:before="0" w:line="144" w:lineRule="exact"/>
      </w:pPr>
      <w:r>
        <w:rPr>
          <w:b/>
          <w:sz w:val="12"/>
        </w:rPr>
        <w:t>King of Cups</w:t>
      </w:r>
      <w:r>
        <w:rPr>
          <w:i/>
          <w:color w:val="6B4C3B"/>
          <w:sz w:val="11"/>
        </w:rPr>
        <w:t xml:space="preserve"> (emotional mastery, old ways, manipulation exposed, fear) </w:t>
      </w:r>
      <w:r>
        <w:rPr>
          <w:sz w:val="12"/>
        </w:rPr>
        <w:t xml:space="preserve">They realize </w:t>
      </w:r>
      <w:r>
        <w:rPr>
          <w:b/>
          <w:sz w:val="12"/>
        </w:rPr>
        <w:t>you see right through the manipulation</w:t>
      </w:r>
      <w:r>
        <w:rPr>
          <w:sz w:val="12"/>
        </w:rPr>
        <w:t>, and fear has them building scenarios about you that ain't even real.</w:t>
      </w:r>
    </w:p>
    <w:p>
      <w:pPr>
        <w:keepNext/>
        <w:spacing w:after="20" w:before="40" w:line="170" w:lineRule="exact"/>
      </w:pPr>
      <w:r>
        <w:rPr>
          <w:b/>
          <w:color w:val="B40F20"/>
          <w:sz w:val="15"/>
        </w:rPr>
        <w:t>SWORDS</w:t>
      </w:r>
    </w:p>
    <w:p>
      <w:pPr>
        <w:keepLines/>
        <w:spacing w:after="44" w:before="0" w:line="144" w:lineRule="exact"/>
      </w:pPr>
      <w:r>
        <w:rPr>
          <w:b/>
          <w:sz w:val="12"/>
        </w:rPr>
        <w:t>Ace of Swords</w:t>
      </w:r>
      <w:r>
        <w:rPr>
          <w:i/>
          <w:color w:val="6B4C3B"/>
          <w:sz w:val="11"/>
        </w:rPr>
        <w:t xml:space="preserve"> (clarity, cutting through, shock, truth arriving) </w:t>
      </w:r>
      <w:r>
        <w:rPr>
          <w:sz w:val="12"/>
        </w:rPr>
        <w:t xml:space="preserve">The truth just cut through every lie they built, and </w:t>
      </w:r>
      <w:r>
        <w:rPr>
          <w:b/>
          <w:sz w:val="12"/>
        </w:rPr>
        <w:t>they can't outrun what they know</w:t>
      </w:r>
      <w:r>
        <w:rPr>
          <w:sz w:val="12"/>
        </w:rPr>
        <w:t xml:space="preserve"> about you no matter how they try.</w:t>
      </w:r>
    </w:p>
    <w:p>
      <w:pPr>
        <w:keepLines/>
        <w:spacing w:after="44" w:before="0" w:line="144" w:lineRule="exact"/>
      </w:pPr>
      <w:r>
        <w:rPr>
          <w:b/>
          <w:sz w:val="12"/>
        </w:rPr>
        <w:t>Two of Swords</w:t>
      </w:r>
      <w:r>
        <w:rPr>
          <w:i/>
          <w:color w:val="6B4C3B"/>
          <w:sz w:val="11"/>
        </w:rPr>
        <w:t xml:space="preserve"> (indecision, standoff, wanting, protecting the door) </w:t>
      </w:r>
      <w:r>
        <w:rPr>
          <w:sz w:val="12"/>
        </w:rPr>
        <w:t xml:space="preserve">They see something they want in you but know they'd be crossing a line, </w:t>
      </w:r>
      <w:r>
        <w:rPr>
          <w:b/>
          <w:sz w:val="12"/>
        </w:rPr>
        <w:t>stuck between what they feel and what feels safe</w:t>
      </w:r>
      <w:r>
        <w:rPr>
          <w:sz w:val="12"/>
        </w:rPr>
        <w:t>.</w:t>
      </w:r>
    </w:p>
    <w:p>
      <w:pPr>
        <w:keepLines/>
        <w:spacing w:after="44" w:before="0" w:line="144" w:lineRule="exact"/>
      </w:pPr>
      <w:r>
        <w:rPr>
          <w:b/>
          <w:sz w:val="12"/>
        </w:rPr>
        <w:t>Three of Swords</w:t>
      </w:r>
      <w:r>
        <w:rPr>
          <w:i/>
          <w:color w:val="6B4C3B"/>
          <w:sz w:val="11"/>
        </w:rPr>
        <w:t xml:space="preserve"> (truth about a partnership, can't stay quiet, heartbreak, hidden) </w:t>
      </w:r>
      <w:r>
        <w:rPr>
          <w:sz w:val="12"/>
        </w:rPr>
        <w:t xml:space="preserve">There's </w:t>
      </w:r>
      <w:r>
        <w:rPr>
          <w:b/>
          <w:sz w:val="12"/>
        </w:rPr>
        <w:t>a truth about your connection they can't stay quiet on</w:t>
      </w:r>
      <w:r>
        <w:rPr>
          <w:sz w:val="12"/>
        </w:rPr>
        <w:t>, and sitting on it hoping it goes away ain't working.</w:t>
      </w:r>
    </w:p>
    <w:p>
      <w:pPr>
        <w:keepLines/>
        <w:spacing w:after="44" w:before="0" w:line="144" w:lineRule="exact"/>
      </w:pPr>
      <w:r>
        <w:rPr>
          <w:b/>
          <w:sz w:val="12"/>
        </w:rPr>
        <w:t>Four of Swords</w:t>
      </w:r>
      <w:r>
        <w:rPr>
          <w:i/>
          <w:color w:val="6B4C3B"/>
          <w:sz w:val="11"/>
        </w:rPr>
        <w:t xml:space="preserve"> (peace, maintaining vibration, stillness, surrender) </w:t>
      </w:r>
      <w:r>
        <w:rPr>
          <w:sz w:val="12"/>
        </w:rPr>
        <w:t xml:space="preserve">You hold your vibration no matter what they throw, and </w:t>
      </w:r>
      <w:r>
        <w:rPr>
          <w:b/>
          <w:sz w:val="12"/>
        </w:rPr>
        <w:t>they can't figure out how you stay at peace</w:t>
      </w:r>
      <w:r>
        <w:rPr>
          <w:sz w:val="12"/>
        </w:rPr>
        <w:t xml:space="preserve"> while they lose it.</w:t>
      </w:r>
    </w:p>
    <w:p>
      <w:pPr>
        <w:keepLines/>
        <w:spacing w:after="44" w:before="0" w:line="144" w:lineRule="exact"/>
      </w:pPr>
      <w:r>
        <w:rPr>
          <w:b/>
          <w:sz w:val="12"/>
        </w:rPr>
        <w:t>Five of Swords</w:t>
      </w:r>
      <w:r>
        <w:rPr>
          <w:i/>
          <w:color w:val="6B4C3B"/>
          <w:sz w:val="11"/>
        </w:rPr>
        <w:t xml:space="preserve"> (envy, jealousy, attachments failing, starting over) </w:t>
      </w:r>
      <w:r>
        <w:rPr>
          <w:sz w:val="12"/>
        </w:rPr>
        <w:t xml:space="preserve">Their stories don't add up, and </w:t>
      </w:r>
      <w:r>
        <w:rPr>
          <w:b/>
          <w:sz w:val="12"/>
        </w:rPr>
        <w:t>your energy brings their hidden envy to the surface</w:t>
      </w:r>
      <w:r>
        <w:rPr>
          <w:sz w:val="12"/>
        </w:rPr>
        <w:t xml:space="preserve"> where that mask fell clean off.</w:t>
      </w:r>
    </w:p>
    <w:p>
      <w:pPr>
        <w:keepLines/>
        <w:spacing w:after="44" w:before="0" w:line="144" w:lineRule="exact"/>
      </w:pPr>
      <w:r>
        <w:rPr>
          <w:b/>
          <w:sz w:val="12"/>
        </w:rPr>
        <w:t>Six of Swords</w:t>
      </w:r>
      <w:r>
        <w:rPr>
          <w:i/>
          <w:color w:val="6B4C3B"/>
          <w:sz w:val="11"/>
        </w:rPr>
        <w:t xml:space="preserve"> (moving on, walking away, realized too late, exiled) </w:t>
      </w:r>
      <w:r>
        <w:rPr>
          <w:sz w:val="12"/>
        </w:rPr>
        <w:t xml:space="preserve">They never actually had you, and now they watch you move on because </w:t>
      </w:r>
      <w:r>
        <w:rPr>
          <w:b/>
          <w:sz w:val="12"/>
        </w:rPr>
        <w:t>you got exiled only to become the king or queen</w:t>
      </w:r>
      <w:r>
        <w:rPr>
          <w:sz w:val="12"/>
        </w:rPr>
        <w:t>.</w:t>
      </w:r>
    </w:p>
    <w:p>
      <w:pPr>
        <w:keepLines/>
        <w:spacing w:after="44" w:before="0" w:line="144" w:lineRule="exact"/>
      </w:pPr>
      <w:r>
        <w:rPr>
          <w:b/>
          <w:sz w:val="12"/>
        </w:rPr>
        <w:t>Seven of Swords</w:t>
      </w:r>
      <w:r>
        <w:rPr>
          <w:i/>
          <w:color w:val="6B4C3B"/>
          <w:sz w:val="11"/>
        </w:rPr>
        <w:t xml:space="preserve"> (stalking, sneaking, caught looking, healing vibe) </w:t>
      </w:r>
      <w:r>
        <w:rPr>
          <w:sz w:val="12"/>
        </w:rPr>
        <w:t xml:space="preserve">People are noticing </w:t>
      </w:r>
      <w:r>
        <w:rPr>
          <w:b/>
          <w:sz w:val="12"/>
        </w:rPr>
        <w:t>them stalking your pages</w:t>
      </w:r>
      <w:r>
        <w:rPr>
          <w:sz w:val="12"/>
        </w:rPr>
        <w:t>, and your healing vibe pulls them back every time even when they fight it.</w:t>
      </w:r>
    </w:p>
    <w:p>
      <w:pPr>
        <w:keepLines/>
        <w:spacing w:after="44" w:before="0" w:line="144" w:lineRule="exact"/>
      </w:pPr>
      <w:r>
        <w:rPr>
          <w:b/>
          <w:sz w:val="12"/>
        </w:rPr>
        <w:t>Eight of Swords</w:t>
      </w:r>
      <w:r>
        <w:rPr>
          <w:i/>
          <w:color w:val="6B4C3B"/>
          <w:sz w:val="11"/>
        </w:rPr>
        <w:t xml:space="preserve"> (trapped, mental prison, can't move, elevated perspective) </w:t>
      </w:r>
      <w:r>
        <w:rPr>
          <w:sz w:val="12"/>
        </w:rPr>
        <w:t xml:space="preserve">They're stuck and don't know why while you see from higher up, </w:t>
      </w:r>
      <w:r>
        <w:rPr>
          <w:b/>
          <w:sz w:val="12"/>
        </w:rPr>
        <w:t>trapped in a self-imposed prison</w:t>
      </w:r>
      <w:r>
        <w:rPr>
          <w:sz w:val="12"/>
        </w:rPr>
        <w:t xml:space="preserve"> watching you rise.</w:t>
      </w:r>
    </w:p>
    <w:p>
      <w:pPr>
        <w:keepLines/>
        <w:spacing w:after="44" w:before="0" w:line="144" w:lineRule="exact"/>
      </w:pPr>
      <w:r>
        <w:rPr>
          <w:b/>
          <w:sz w:val="12"/>
        </w:rPr>
        <w:t>Nine of Swords</w:t>
      </w:r>
      <w:r>
        <w:rPr>
          <w:i/>
          <w:color w:val="6B4C3B"/>
          <w:sz w:val="11"/>
        </w:rPr>
        <w:t xml:space="preserve"> (worried, anxiety, looping thoughts, options) </w:t>
      </w:r>
      <w:r>
        <w:rPr>
          <w:sz w:val="12"/>
        </w:rPr>
        <w:t xml:space="preserve">They know you got options and </w:t>
      </w:r>
      <w:r>
        <w:rPr>
          <w:b/>
          <w:sz w:val="12"/>
        </w:rPr>
        <w:t>that anxiety loops on repeat</w:t>
      </w:r>
      <w:r>
        <w:rPr>
          <w:sz w:val="12"/>
        </w:rPr>
        <w:t>, because their jealousy runs deep enough to steal their sleep.</w:t>
      </w:r>
    </w:p>
    <w:p>
      <w:pPr>
        <w:keepLines/>
        <w:spacing w:after="44" w:before="0" w:line="144" w:lineRule="exact"/>
      </w:pPr>
      <w:r>
        <w:rPr>
          <w:b/>
          <w:sz w:val="12"/>
        </w:rPr>
        <w:t>Ten of Swords</w:t>
      </w:r>
      <w:r>
        <w:rPr>
          <w:i/>
          <w:color w:val="6B4C3B"/>
          <w:sz w:val="11"/>
        </w:rPr>
        <w:t xml:space="preserve"> (cut off, betrayal, detachment, no celebration) </w:t>
      </w:r>
      <w:r>
        <w:rPr>
          <w:sz w:val="12"/>
        </w:rPr>
        <w:t xml:space="preserve">You retracted everything and it was done, and </w:t>
      </w:r>
      <w:r>
        <w:rPr>
          <w:b/>
          <w:sz w:val="12"/>
        </w:rPr>
        <w:t>the communication got cut completely</w:t>
      </w:r>
      <w:r>
        <w:rPr>
          <w:sz w:val="12"/>
        </w:rPr>
        <w:t xml:space="preserve"> with no lying and no coming back.</w:t>
      </w:r>
    </w:p>
    <w:p>
      <w:pPr>
        <w:keepLines/>
        <w:spacing w:after="44" w:before="0" w:line="144" w:lineRule="exact"/>
      </w:pPr>
      <w:r>
        <w:rPr>
          <w:b/>
          <w:sz w:val="12"/>
        </w:rPr>
        <w:t>Page of Swords</w:t>
      </w:r>
      <w:r>
        <w:rPr>
          <w:i/>
          <w:color w:val="6B4C3B"/>
          <w:sz w:val="11"/>
        </w:rPr>
        <w:t xml:space="preserve"> (new perspective, loyalty doubted, potential, waves in happiness) </w:t>
      </w:r>
      <w:r>
        <w:rPr>
          <w:sz w:val="12"/>
        </w:rPr>
        <w:t xml:space="preserve">They see now </w:t>
      </w:r>
      <w:r>
        <w:rPr>
          <w:b/>
          <w:sz w:val="12"/>
        </w:rPr>
        <w:t>your loyalty was never the problem</w:t>
      </w:r>
      <w:r>
        <w:rPr>
          <w:sz w:val="12"/>
        </w:rPr>
        <w:t>, and they wanted to make waves in your happiness because life comes easy to you.</w:t>
      </w:r>
    </w:p>
    <w:p>
      <w:pPr>
        <w:keepLines/>
        <w:spacing w:after="44" w:before="0" w:line="144" w:lineRule="exact"/>
      </w:pPr>
      <w:r>
        <w:rPr>
          <w:b/>
          <w:sz w:val="12"/>
        </w:rPr>
        <w:t>Knight of Swords</w:t>
      </w:r>
      <w:r>
        <w:rPr>
          <w:i/>
          <w:color w:val="6B4C3B"/>
          <w:sz w:val="11"/>
        </w:rPr>
        <w:t xml:space="preserve"> (hiding something, not completely honest, rushing, eating them up) </w:t>
      </w:r>
      <w:r>
        <w:rPr>
          <w:sz w:val="12"/>
        </w:rPr>
        <w:t xml:space="preserve">They ain't being honest about something and </w:t>
      </w:r>
      <w:r>
        <w:rPr>
          <w:b/>
          <w:sz w:val="12"/>
        </w:rPr>
        <w:t>it's eating them alive</w:t>
      </w:r>
      <w:r>
        <w:rPr>
          <w:sz w:val="12"/>
        </w:rPr>
        <w:t>, but you're going to keep rising no matter what they hide.</w:t>
      </w:r>
    </w:p>
    <w:p>
      <w:pPr>
        <w:keepLines/>
        <w:spacing w:after="44" w:before="0" w:line="144" w:lineRule="exact"/>
      </w:pPr>
      <w:r>
        <w:rPr>
          <w:b/>
          <w:sz w:val="12"/>
        </w:rPr>
        <w:t>Queen of Swords</w:t>
      </w:r>
      <w:r>
        <w:rPr>
          <w:i/>
          <w:color w:val="6B4C3B"/>
          <w:sz w:val="11"/>
        </w:rPr>
        <w:t xml:space="preserve"> (cannot be manipulated, cut them off, see right through, boss) </w:t>
      </w:r>
      <w:r>
        <w:rPr>
          <w:b/>
          <w:sz w:val="12"/>
        </w:rPr>
        <w:t>You cannot be manipulated, period</w:t>
      </w:r>
      <w:r>
        <w:rPr>
          <w:sz w:val="12"/>
        </w:rPr>
        <w:t>, and they think you're naive but you clock every move while they watch you thrive.</w:t>
      </w:r>
    </w:p>
    <w:p>
      <w:pPr>
        <w:keepLines/>
        <w:spacing w:after="44" w:before="0" w:line="144" w:lineRule="exact"/>
      </w:pPr>
      <w:r>
        <w:rPr>
          <w:b/>
          <w:sz w:val="12"/>
        </w:rPr>
        <w:t>King of Swords</w:t>
      </w:r>
      <w:r>
        <w:rPr>
          <w:i/>
          <w:color w:val="6B4C3B"/>
          <w:sz w:val="11"/>
        </w:rPr>
        <w:t xml:space="preserve"> (too intelligent, reverse Uno, cold, trying to get in your head) </w:t>
      </w:r>
      <w:r>
        <w:rPr>
          <w:sz w:val="12"/>
        </w:rPr>
        <w:t xml:space="preserve">The reverse Uno is </w:t>
      </w:r>
      <w:r>
        <w:rPr>
          <w:b/>
          <w:sz w:val="12"/>
        </w:rPr>
        <w:t>you're way too intelligent for their games</w:t>
      </w:r>
      <w:r>
        <w:rPr>
          <w:sz w:val="12"/>
        </w:rPr>
        <w:t>, and they can't stand that the chaos didn't work on you.</w:t>
      </w:r>
    </w:p>
    <w:p>
      <w:pPr>
        <w:keepNext/>
        <w:spacing w:after="20" w:before="40" w:line="170" w:lineRule="exact"/>
      </w:pPr>
      <w:r>
        <w:rPr>
          <w:b/>
          <w:color w:val="E58601"/>
          <w:sz w:val="15"/>
        </w:rPr>
        <w:t>WANDS</w:t>
      </w:r>
    </w:p>
    <w:p>
      <w:pPr>
        <w:keepLines/>
        <w:spacing w:after="44" w:before="0" w:line="144" w:lineRule="exact"/>
      </w:pPr>
      <w:r>
        <w:rPr>
          <w:b/>
          <w:sz w:val="12"/>
        </w:rPr>
        <w:t>Ace of Wands</w:t>
      </w:r>
      <w:r>
        <w:rPr>
          <w:i/>
          <w:color w:val="6B4C3B"/>
          <w:sz w:val="11"/>
        </w:rPr>
        <w:t xml:space="preserve"> (activation, impulse, can't even explain it, something got activated) </w:t>
      </w:r>
      <w:r>
        <w:rPr>
          <w:b/>
          <w:sz w:val="12"/>
        </w:rPr>
        <w:t>Something got activated in them about you</w:t>
      </w:r>
      <w:r>
        <w:rPr>
          <w:sz w:val="12"/>
        </w:rPr>
        <w:t xml:space="preserve"> they can't explain, and your energy changed the whole direction they wanted.</w:t>
      </w:r>
    </w:p>
    <w:p>
      <w:pPr>
        <w:keepLines/>
        <w:spacing w:after="44" w:before="0" w:line="144" w:lineRule="exact"/>
      </w:pPr>
      <w:r>
        <w:rPr>
          <w:b/>
          <w:sz w:val="12"/>
        </w:rPr>
        <w:t>Two of Wands</w:t>
      </w:r>
      <w:r>
        <w:rPr>
          <w:i/>
          <w:color w:val="6B4C3B"/>
          <w:sz w:val="11"/>
        </w:rPr>
        <w:t xml:space="preserve"> (planning, barrier, moving forward, two people attracted) </w:t>
      </w:r>
      <w:r>
        <w:rPr>
          <w:sz w:val="12"/>
        </w:rPr>
        <w:t xml:space="preserve">They're planning to move forward with you on their mind, but people are noticing </w:t>
      </w:r>
      <w:r>
        <w:rPr>
          <w:b/>
          <w:sz w:val="12"/>
        </w:rPr>
        <w:t>the jealousy and envy driving their plans</w:t>
      </w:r>
      <w:r>
        <w:rPr>
          <w:sz w:val="12"/>
        </w:rPr>
        <w:t>.</w:t>
      </w:r>
    </w:p>
    <w:p>
      <w:pPr>
        <w:keepLines/>
        <w:spacing w:after="44" w:before="0" w:line="144" w:lineRule="exact"/>
      </w:pPr>
      <w:r>
        <w:rPr>
          <w:b/>
          <w:sz w:val="12"/>
        </w:rPr>
        <w:t>Three of Wands</w:t>
      </w:r>
      <w:r>
        <w:rPr>
          <w:i/>
          <w:color w:val="6B4C3B"/>
          <w:sz w:val="11"/>
        </w:rPr>
        <w:t xml:space="preserve"> (watching from a distance, leaving, exploring, anticipating a shift) </w:t>
      </w:r>
      <w:r>
        <w:rPr>
          <w:sz w:val="12"/>
        </w:rPr>
        <w:t xml:space="preserve">They're watching you from a distance, locked in and </w:t>
      </w:r>
      <w:r>
        <w:rPr>
          <w:b/>
          <w:sz w:val="12"/>
        </w:rPr>
        <w:t>waiting for the right moment</w:t>
      </w:r>
      <w:r>
        <w:rPr>
          <w:sz w:val="12"/>
        </w:rPr>
        <w:t>, because you represent the next level.</w:t>
      </w:r>
    </w:p>
    <w:p>
      <w:pPr>
        <w:keepLines/>
        <w:spacing w:after="44" w:before="0" w:line="144" w:lineRule="exact"/>
      </w:pPr>
      <w:r>
        <w:rPr>
          <w:b/>
          <w:sz w:val="12"/>
        </w:rPr>
        <w:t>Four of Wands</w:t>
      </w:r>
      <w:r>
        <w:rPr>
          <w:i/>
          <w:color w:val="6B4C3B"/>
          <w:sz w:val="11"/>
        </w:rPr>
        <w:t xml:space="preserve"> (foundation, joining energies, celebration, loyalty) </w:t>
      </w:r>
      <w:r>
        <w:rPr>
          <w:sz w:val="12"/>
        </w:rPr>
        <w:t xml:space="preserve">They want to build a strong foundation with you, but </w:t>
      </w:r>
      <w:r>
        <w:rPr>
          <w:b/>
          <w:sz w:val="12"/>
        </w:rPr>
        <w:t>they can't come at you sideways</w:t>
      </w:r>
      <w:r>
        <w:rPr>
          <w:sz w:val="12"/>
        </w:rPr>
        <w:t xml:space="preserve"> because you read character too well.</w:t>
      </w:r>
    </w:p>
    <w:p>
      <w:pPr>
        <w:keepLines/>
        <w:spacing w:after="44" w:before="0" w:line="144" w:lineRule="exact"/>
      </w:pPr>
      <w:r>
        <w:rPr>
          <w:b/>
          <w:sz w:val="12"/>
        </w:rPr>
        <w:t>Five of Wands</w:t>
      </w:r>
      <w:r>
        <w:rPr>
          <w:i/>
          <w:color w:val="6B4C3B"/>
          <w:sz w:val="11"/>
        </w:rPr>
        <w:t xml:space="preserve"> (competition, conflict, one-sided rivalry, blocking out drama) </w:t>
      </w:r>
      <w:r>
        <w:rPr>
          <w:sz w:val="12"/>
        </w:rPr>
        <w:t xml:space="preserve">You're good at blocking out conflict and drama, and </w:t>
      </w:r>
      <w:r>
        <w:rPr>
          <w:b/>
          <w:sz w:val="12"/>
        </w:rPr>
        <w:t>this is a one-sided competition</w:t>
      </w:r>
      <w:r>
        <w:rPr>
          <w:sz w:val="12"/>
        </w:rPr>
        <w:t xml:space="preserve"> they entered while you never stepped in.</w:t>
      </w:r>
    </w:p>
    <w:p>
      <w:pPr>
        <w:keepLines/>
        <w:spacing w:after="44" w:before="0" w:line="144" w:lineRule="exact"/>
      </w:pPr>
      <w:r>
        <w:rPr>
          <w:b/>
          <w:sz w:val="12"/>
        </w:rPr>
        <w:t>Six of Wands</w:t>
      </w:r>
      <w:r>
        <w:rPr>
          <w:i/>
          <w:color w:val="6B4C3B"/>
          <w:sz w:val="11"/>
        </w:rPr>
        <w:t xml:space="preserve"> (victory, confidence, magnetism, successfully overcome) </w:t>
      </w:r>
      <w:r>
        <w:rPr>
          <w:sz w:val="12"/>
        </w:rPr>
        <w:t xml:space="preserve">They want your aura and magnetism because you came out victorious, and </w:t>
      </w:r>
      <w:r>
        <w:rPr>
          <w:b/>
          <w:sz w:val="12"/>
        </w:rPr>
        <w:t>even exhausted you carry more authority</w:t>
      </w:r>
      <w:r>
        <w:rPr>
          <w:sz w:val="12"/>
        </w:rPr>
        <w:t xml:space="preserve"> than their best.</w:t>
      </w:r>
    </w:p>
    <w:p>
      <w:pPr>
        <w:keepLines/>
        <w:spacing w:after="44" w:before="0" w:line="144" w:lineRule="exact"/>
      </w:pPr>
      <w:r>
        <w:rPr>
          <w:b/>
          <w:sz w:val="12"/>
        </w:rPr>
        <w:t>Seven of Wands</w:t>
      </w:r>
      <w:r>
        <w:rPr>
          <w:i/>
          <w:color w:val="6B4C3B"/>
          <w:sz w:val="11"/>
        </w:rPr>
        <w:t xml:space="preserve"> (defending, protecting, holding your ground, fighting against challengers) </w:t>
      </w:r>
      <w:r>
        <w:rPr>
          <w:sz w:val="12"/>
        </w:rPr>
        <w:t xml:space="preserve">You're protecting something before it's depleted, so </w:t>
      </w:r>
      <w:r>
        <w:rPr>
          <w:b/>
          <w:sz w:val="12"/>
        </w:rPr>
        <w:t>they want everybody coming after you</w:t>
      </w:r>
      <w:r>
        <w:rPr>
          <w:sz w:val="12"/>
        </w:rPr>
        <w:t xml:space="preserve"> while they sit back relishing it.</w:t>
      </w:r>
    </w:p>
    <w:p>
      <w:pPr>
        <w:keepLines/>
        <w:spacing w:after="44" w:before="0" w:line="144" w:lineRule="exact"/>
      </w:pPr>
      <w:r>
        <w:rPr>
          <w:b/>
          <w:sz w:val="12"/>
        </w:rPr>
        <w:t>Eight of Wands</w:t>
      </w:r>
      <w:r>
        <w:rPr>
          <w:i/>
          <w:color w:val="6B4C3B"/>
          <w:sz w:val="11"/>
        </w:rPr>
        <w:t xml:space="preserve"> (focused on a target, rapid movement, sparking conversation, looking you up) </w:t>
      </w:r>
      <w:r>
        <w:rPr>
          <w:sz w:val="12"/>
        </w:rPr>
        <w:t xml:space="preserve">Their energy comes right at you like a target, because </w:t>
      </w:r>
      <w:r>
        <w:rPr>
          <w:b/>
          <w:sz w:val="12"/>
        </w:rPr>
        <w:t>they know the window shuts if they don't act</w:t>
      </w:r>
      <w:r>
        <w:rPr>
          <w:sz w:val="12"/>
        </w:rPr>
        <w:t>, and the urgency drives them.</w:t>
      </w:r>
    </w:p>
    <w:p>
      <w:pPr>
        <w:keepLines/>
        <w:spacing w:after="44" w:before="0" w:line="144" w:lineRule="exact"/>
      </w:pPr>
      <w:r>
        <w:rPr>
          <w:b/>
          <w:sz w:val="12"/>
        </w:rPr>
        <w:t>Nine of Wands</w:t>
      </w:r>
      <w:r>
        <w:rPr>
          <w:i/>
          <w:color w:val="6B4C3B"/>
          <w:sz w:val="11"/>
        </w:rPr>
        <w:t xml:space="preserve"> (guard up, still standing, protecting the doorway, perseverance) </w:t>
      </w:r>
      <w:r>
        <w:rPr>
          <w:sz w:val="12"/>
        </w:rPr>
        <w:t xml:space="preserve">You're still standing no matter what they throw, and </w:t>
      </w:r>
      <w:r>
        <w:rPr>
          <w:b/>
          <w:sz w:val="12"/>
        </w:rPr>
        <w:t>they know you see their move coming</w:t>
      </w:r>
      <w:r>
        <w:rPr>
          <w:sz w:val="12"/>
        </w:rPr>
        <w:t xml:space="preserve"> before they even step to you.</w:t>
      </w:r>
    </w:p>
    <w:p>
      <w:pPr>
        <w:keepLines/>
        <w:spacing w:after="44" w:before="0" w:line="144" w:lineRule="exact"/>
      </w:pPr>
      <w:r>
        <w:rPr>
          <w:b/>
          <w:sz w:val="12"/>
        </w:rPr>
        <w:t>Ten of Wands</w:t>
      </w:r>
      <w:r>
        <w:rPr>
          <w:i/>
          <w:color w:val="6B4C3B"/>
          <w:sz w:val="11"/>
        </w:rPr>
        <w:t xml:space="preserve"> (burden, carrying silently, destructive attraction, toxicity) </w:t>
      </w:r>
      <w:r>
        <w:rPr>
          <w:sz w:val="12"/>
        </w:rPr>
        <w:t xml:space="preserve">They've been </w:t>
      </w:r>
      <w:r>
        <w:rPr>
          <w:b/>
          <w:sz w:val="12"/>
        </w:rPr>
        <w:t>carrying it about you silently</w:t>
      </w:r>
      <w:r>
        <w:rPr>
          <w:sz w:val="12"/>
        </w:rPr>
        <w:t xml:space="preserve"> and the attraction is almost unhealthy, but they won't face that truth yet.</w:t>
      </w:r>
    </w:p>
    <w:p>
      <w:pPr>
        <w:keepLines/>
        <w:spacing w:after="44" w:before="0" w:line="144" w:lineRule="exact"/>
      </w:pPr>
      <w:r>
        <w:rPr>
          <w:b/>
          <w:sz w:val="12"/>
        </w:rPr>
        <w:t>Page of Wands</w:t>
      </w:r>
      <w:r>
        <w:rPr>
          <w:i/>
          <w:color w:val="6B4C3B"/>
          <w:sz w:val="11"/>
        </w:rPr>
        <w:t xml:space="preserve"> (preparing, going a different direction, immature energy, holding on) </w:t>
      </w:r>
      <w:r>
        <w:rPr>
          <w:sz w:val="12"/>
        </w:rPr>
        <w:t xml:space="preserve">They'd never normally move based on a relationship, but </w:t>
      </w:r>
      <w:r>
        <w:rPr>
          <w:b/>
          <w:sz w:val="12"/>
        </w:rPr>
        <w:t>your pull has them considering moves</w:t>
      </w:r>
      <w:r>
        <w:rPr>
          <w:sz w:val="12"/>
        </w:rPr>
        <w:t xml:space="preserve"> they never thought they'd make.</w:t>
      </w:r>
    </w:p>
    <w:p>
      <w:pPr>
        <w:keepLines/>
        <w:spacing w:after="44" w:before="0" w:line="144" w:lineRule="exact"/>
      </w:pPr>
      <w:r>
        <w:rPr>
          <w:b/>
          <w:sz w:val="12"/>
        </w:rPr>
        <w:t>Knight of Wands</w:t>
      </w:r>
      <w:r>
        <w:rPr>
          <w:i/>
          <w:color w:val="6B4C3B"/>
          <w:sz w:val="11"/>
        </w:rPr>
        <w:t xml:space="preserve"> (something ain't right, charging forward, lusty energy, can't hold back) </w:t>
      </w:r>
      <w:r>
        <w:rPr>
          <w:sz w:val="12"/>
        </w:rPr>
        <w:t xml:space="preserve">They can't hold it in and want to charge forward, but </w:t>
      </w:r>
      <w:r>
        <w:rPr>
          <w:b/>
          <w:sz w:val="12"/>
        </w:rPr>
        <w:t>something ain't right with that lusty energy</w:t>
      </w:r>
      <w:r>
        <w:rPr>
          <w:sz w:val="12"/>
        </w:rPr>
        <w:t xml:space="preserve"> and you see through it.</w:t>
      </w:r>
    </w:p>
    <w:p>
      <w:pPr>
        <w:keepLines/>
        <w:spacing w:after="44" w:before="0" w:line="144" w:lineRule="exact"/>
      </w:pPr>
      <w:r>
        <w:rPr>
          <w:b/>
          <w:sz w:val="12"/>
        </w:rPr>
        <w:t>Queen of Wands</w:t>
      </w:r>
      <w:r>
        <w:rPr>
          <w:i/>
          <w:color w:val="6B4C3B"/>
          <w:sz w:val="11"/>
        </w:rPr>
        <w:t xml:space="preserve"> (confident, intimidating, can't manipulate, rushing the process) </w:t>
      </w:r>
      <w:r>
        <w:rPr>
          <w:b/>
          <w:sz w:val="12"/>
        </w:rPr>
        <w:t>They cannot manipulate you and that intimidates them</w:t>
      </w:r>
      <w:r>
        <w:rPr>
          <w:sz w:val="12"/>
        </w:rPr>
        <w:t>, so they lie and hide, but your fire burns right through the deception.</w:t>
      </w:r>
    </w:p>
    <w:p>
      <w:pPr>
        <w:keepLines/>
        <w:spacing w:after="44" w:before="0" w:line="144" w:lineRule="exact"/>
      </w:pPr>
      <w:r>
        <w:rPr>
          <w:b/>
          <w:sz w:val="12"/>
        </w:rPr>
        <w:t>King of Wands</w:t>
      </w:r>
      <w:r>
        <w:rPr>
          <w:i/>
          <w:color w:val="6B4C3B"/>
          <w:sz w:val="11"/>
        </w:rPr>
        <w:t xml:space="preserve"> (fire sign, taking the lead, face value, truth and evidence) </w:t>
      </w:r>
      <w:r>
        <w:rPr>
          <w:sz w:val="12"/>
        </w:rPr>
        <w:t xml:space="preserve">You take people at face value now, watching actions not words, and </w:t>
      </w:r>
      <w:r>
        <w:rPr>
          <w:b/>
          <w:sz w:val="12"/>
        </w:rPr>
        <w:t>they see the evidence but can't accept it</w:t>
      </w:r>
      <w:r>
        <w:rPr>
          <w:sz w:val="12"/>
        </w:rPr>
        <w:t xml:space="preserve"> so easy.</w:t>
      </w:r>
    </w:p>
    <w:p>
      <w:pPr>
        <w:keepNext/>
        <w:spacing w:after="20" w:before="40" w:line="170" w:lineRule="exact"/>
      </w:pPr>
      <w:r>
        <w:rPr>
          <w:b/>
          <w:color w:val="DD8D29"/>
          <w:sz w:val="15"/>
        </w:rPr>
        <w:t>PENTACLES</w:t>
      </w:r>
    </w:p>
    <w:p>
      <w:pPr>
        <w:keepLines/>
        <w:spacing w:after="44" w:before="0" w:line="144" w:lineRule="exact"/>
      </w:pPr>
      <w:r>
        <w:rPr>
          <w:b/>
          <w:sz w:val="12"/>
        </w:rPr>
        <w:t>Ace of Pentacles</w:t>
      </w:r>
      <w:r>
        <w:rPr>
          <w:i/>
          <w:color w:val="6B4C3B"/>
          <w:sz w:val="11"/>
        </w:rPr>
        <w:t xml:space="preserve"> (new opportunity, contract, manifestation, seed planted) </w:t>
      </w:r>
      <w:r>
        <w:rPr>
          <w:sz w:val="12"/>
        </w:rPr>
        <w:t xml:space="preserve">They're thinking about making something real with you, and </w:t>
      </w:r>
      <w:r>
        <w:rPr>
          <w:b/>
          <w:sz w:val="12"/>
        </w:rPr>
        <w:t>they're scared speaking it out loud</w:t>
      </w:r>
      <w:r>
        <w:rPr>
          <w:sz w:val="12"/>
        </w:rPr>
        <w:t xml:space="preserve"> means they can't take it back.</w:t>
      </w:r>
    </w:p>
    <w:p>
      <w:pPr>
        <w:keepLines/>
        <w:spacing w:after="44" w:before="0" w:line="144" w:lineRule="exact"/>
      </w:pPr>
      <w:r>
        <w:rPr>
          <w:b/>
          <w:sz w:val="12"/>
        </w:rPr>
        <w:t>Two of Pentacles</w:t>
      </w:r>
      <w:r>
        <w:rPr>
          <w:i/>
          <w:color w:val="6B4C3B"/>
          <w:sz w:val="11"/>
        </w:rPr>
        <w:t xml:space="preserve"> (balance, juggling, building, finding equilibrium) </w:t>
      </w:r>
      <w:r>
        <w:rPr>
          <w:sz w:val="12"/>
        </w:rPr>
        <w:t xml:space="preserve">They're trying to keep balance around you and keep building, but </w:t>
      </w:r>
      <w:r>
        <w:rPr>
          <w:b/>
          <w:sz w:val="12"/>
        </w:rPr>
        <w:t>they're terrified one wrong move tips the whole thing over</w:t>
      </w:r>
      <w:r>
        <w:rPr>
          <w:sz w:val="12"/>
        </w:rPr>
        <w:t>.</w:t>
      </w:r>
    </w:p>
    <w:p>
      <w:pPr>
        <w:keepLines/>
        <w:spacing w:after="44" w:before="0" w:line="144" w:lineRule="exact"/>
      </w:pPr>
      <w:r>
        <w:rPr>
          <w:b/>
          <w:sz w:val="12"/>
        </w:rPr>
        <w:t>Three of Pentacles</w:t>
      </w:r>
      <w:r>
        <w:rPr>
          <w:i/>
          <w:color w:val="6B4C3B"/>
          <w:sz w:val="11"/>
        </w:rPr>
        <w:t xml:space="preserve"> (triangulation, collaboration destroyed, left out, choosing yourself) </w:t>
      </w:r>
      <w:r>
        <w:rPr>
          <w:sz w:val="12"/>
        </w:rPr>
        <w:t xml:space="preserve">They're trying to triangulate your situation, but </w:t>
      </w:r>
      <w:r>
        <w:rPr>
          <w:b/>
          <w:sz w:val="12"/>
        </w:rPr>
        <w:t>they can't accept you chose yourself</w:t>
      </w:r>
      <w:r>
        <w:rPr>
          <w:sz w:val="12"/>
        </w:rPr>
        <w:t xml:space="preserve"> over their little scheme.</w:t>
      </w:r>
    </w:p>
    <w:p>
      <w:pPr>
        <w:keepLines/>
        <w:spacing w:after="44" w:before="0" w:line="144" w:lineRule="exact"/>
      </w:pPr>
      <w:r>
        <w:rPr>
          <w:b/>
          <w:sz w:val="12"/>
        </w:rPr>
        <w:t>Four of Pentacles</w:t>
      </w:r>
      <w:r>
        <w:rPr>
          <w:i/>
          <w:color w:val="6B4C3B"/>
          <w:sz w:val="11"/>
        </w:rPr>
        <w:t xml:space="preserve"> (holding on, can't let go, future faking, protecting energy) </w:t>
      </w:r>
      <w:r>
        <w:rPr>
          <w:sz w:val="12"/>
        </w:rPr>
        <w:t xml:space="preserve">They're holding tight to </w:t>
      </w:r>
      <w:r>
        <w:rPr>
          <w:b/>
          <w:sz w:val="12"/>
        </w:rPr>
        <w:t>a version of you that doesn't exist</w:t>
      </w:r>
      <w:r>
        <w:rPr>
          <w:sz w:val="12"/>
        </w:rPr>
        <w:t>, and they realize too late they can't future fake you.</w:t>
      </w:r>
    </w:p>
    <w:p>
      <w:pPr>
        <w:keepLines/>
        <w:spacing w:after="44" w:before="0" w:line="144" w:lineRule="exact"/>
      </w:pPr>
      <w:r>
        <w:rPr>
          <w:b/>
          <w:sz w:val="12"/>
        </w:rPr>
        <w:t>Five of Pentacles</w:t>
      </w:r>
      <w:r>
        <w:rPr>
          <w:i/>
          <w:color w:val="6B4C3B"/>
          <w:sz w:val="11"/>
        </w:rPr>
        <w:t xml:space="preserve"> (lack, patience, delayed gratification, unbothered) </w:t>
      </w:r>
      <w:r>
        <w:rPr>
          <w:sz w:val="12"/>
        </w:rPr>
        <w:t xml:space="preserve">They expected you stressed and depleted, but </w:t>
      </w:r>
      <w:r>
        <w:rPr>
          <w:b/>
          <w:sz w:val="12"/>
        </w:rPr>
        <w:t>you lack nothing</w:t>
      </w:r>
      <w:r>
        <w:rPr>
          <w:sz w:val="12"/>
        </w:rPr>
        <w:t xml:space="preserve"> because you matured past where their little games can touch you.</w:t>
      </w:r>
    </w:p>
    <w:p>
      <w:pPr>
        <w:keepLines/>
        <w:spacing w:after="44" w:before="0" w:line="144" w:lineRule="exact"/>
      </w:pPr>
      <w:r>
        <w:rPr>
          <w:b/>
          <w:sz w:val="12"/>
        </w:rPr>
        <w:t>Six of Pentacles</w:t>
      </w:r>
      <w:r>
        <w:rPr>
          <w:i/>
          <w:color w:val="6B4C3B"/>
          <w:sz w:val="11"/>
        </w:rPr>
        <w:t xml:space="preserve"> (fair exchange, honesty, getting what you deserve, reciprocity) </w:t>
      </w:r>
      <w:r>
        <w:rPr>
          <w:sz w:val="12"/>
        </w:rPr>
        <w:t xml:space="preserve">They're trying to knock you off balance, but </w:t>
      </w:r>
      <w:r>
        <w:rPr>
          <w:b/>
          <w:sz w:val="12"/>
        </w:rPr>
        <w:t>whatever's hidden got to come to light</w:t>
      </w:r>
      <w:r>
        <w:rPr>
          <w:sz w:val="12"/>
        </w:rPr>
        <w:t>, and the imbalance keeps them up at night.</w:t>
      </w:r>
    </w:p>
    <w:p>
      <w:pPr>
        <w:keepLines/>
        <w:spacing w:after="44" w:before="0" w:line="144" w:lineRule="exact"/>
      </w:pPr>
      <w:r>
        <w:rPr>
          <w:b/>
          <w:sz w:val="12"/>
        </w:rPr>
        <w:t>Seven of Pentacles</w:t>
      </w:r>
      <w:r>
        <w:rPr>
          <w:i/>
          <w:color w:val="6B4C3B"/>
          <w:sz w:val="11"/>
        </w:rPr>
        <w:t xml:space="preserve"> (patience, reaping what you sow, karma, one step ahead) </w:t>
      </w:r>
      <w:r>
        <w:rPr>
          <w:b/>
          <w:sz w:val="12"/>
        </w:rPr>
        <w:t>You're always one step ahead</w:t>
      </w:r>
      <w:r>
        <w:rPr>
          <w:sz w:val="12"/>
        </w:rPr>
        <w:t>, and the masks fall off around you because you pull something out of them they can't control.</w:t>
      </w:r>
    </w:p>
    <w:p>
      <w:pPr>
        <w:keepLines/>
        <w:spacing w:after="44" w:before="0" w:line="144" w:lineRule="exact"/>
      </w:pPr>
      <w:r>
        <w:rPr>
          <w:b/>
          <w:sz w:val="12"/>
        </w:rPr>
        <w:t>Eight of Pentacles</w:t>
      </w:r>
      <w:r>
        <w:rPr>
          <w:i/>
          <w:color w:val="6B4C3B"/>
          <w:sz w:val="11"/>
        </w:rPr>
        <w:t xml:space="preserve"> (mastery, skilled, boundaries, not chasing) </w:t>
      </w:r>
      <w:r>
        <w:rPr>
          <w:sz w:val="12"/>
        </w:rPr>
        <w:t xml:space="preserve">They see you as skilled and not chasing, and </w:t>
      </w:r>
      <w:r>
        <w:rPr>
          <w:b/>
          <w:sz w:val="12"/>
        </w:rPr>
        <w:t>they hate that you mastered</w:t>
      </w:r>
      <w:r>
        <w:rPr>
          <w:sz w:val="12"/>
        </w:rPr>
        <w:t xml:space="preserve"> the very thing they thought would be your weakness.</w:t>
      </w:r>
    </w:p>
    <w:p>
      <w:pPr>
        <w:keepLines/>
        <w:spacing w:after="44" w:before="0" w:line="144" w:lineRule="exact"/>
      </w:pPr>
      <w:r>
        <w:rPr>
          <w:b/>
          <w:sz w:val="12"/>
        </w:rPr>
        <w:t>Nine of Pentacles</w:t>
      </w:r>
      <w:r>
        <w:rPr>
          <w:i/>
          <w:color w:val="6B4C3B"/>
          <w:sz w:val="11"/>
        </w:rPr>
        <w:t xml:space="preserve"> (independence, abundance, God's in your corner, holding your own) </w:t>
      </w:r>
      <w:r>
        <w:rPr>
          <w:sz w:val="12"/>
        </w:rPr>
        <w:t xml:space="preserve">You're doing just fine without them and </w:t>
      </w:r>
      <w:r>
        <w:rPr>
          <w:b/>
          <w:sz w:val="12"/>
        </w:rPr>
        <w:t>God's in your corner</w:t>
      </w:r>
      <w:r>
        <w:rPr>
          <w:sz w:val="12"/>
        </w:rPr>
        <w:t>, and you worked your ass off for freedom they thought was easy.</w:t>
      </w:r>
    </w:p>
    <w:p>
      <w:pPr>
        <w:keepLines/>
        <w:spacing w:after="44" w:before="0" w:line="144" w:lineRule="exact"/>
      </w:pPr>
      <w:r>
        <w:rPr>
          <w:b/>
          <w:sz w:val="12"/>
        </w:rPr>
        <w:t>Ten of Pentacles</w:t>
      </w:r>
      <w:r>
        <w:rPr>
          <w:i/>
          <w:color w:val="6B4C3B"/>
          <w:sz w:val="11"/>
        </w:rPr>
        <w:t xml:space="preserve"> (legacy, generational curses broken, wanting what you have, protecting peace) </w:t>
      </w:r>
      <w:r>
        <w:rPr>
          <w:sz w:val="12"/>
        </w:rPr>
        <w:t xml:space="preserve">They want your mentality and resilience because </w:t>
      </w:r>
      <w:r>
        <w:rPr>
          <w:b/>
          <w:sz w:val="12"/>
        </w:rPr>
        <w:t>you broke generational curses</w:t>
      </w:r>
      <w:r>
        <w:rPr>
          <w:sz w:val="12"/>
        </w:rPr>
        <w:t xml:space="preserve"> they still can't break free from.</w:t>
      </w:r>
    </w:p>
    <w:p>
      <w:pPr>
        <w:keepLines/>
        <w:spacing w:after="44" w:before="0" w:line="144" w:lineRule="exact"/>
      </w:pPr>
      <w:r>
        <w:rPr>
          <w:b/>
          <w:sz w:val="12"/>
        </w:rPr>
        <w:t>Page of Pentacles</w:t>
      </w:r>
      <w:r>
        <w:rPr>
          <w:i/>
          <w:color w:val="6B4C3B"/>
          <w:sz w:val="11"/>
        </w:rPr>
        <w:t xml:space="preserve"> (planting seeds, wanting to make it real, character speaks, practical action) </w:t>
      </w:r>
      <w:r>
        <w:rPr>
          <w:sz w:val="12"/>
        </w:rPr>
        <w:t xml:space="preserve">They're trying to get inside your head but </w:t>
      </w:r>
      <w:r>
        <w:rPr>
          <w:b/>
          <w:sz w:val="12"/>
        </w:rPr>
        <w:t>your character speaks volumes</w:t>
      </w:r>
      <w:r>
        <w:rPr>
          <w:sz w:val="12"/>
        </w:rPr>
        <w:t>, and they want to act real but don't know where to start.</w:t>
      </w:r>
    </w:p>
    <w:p>
      <w:pPr>
        <w:keepLines/>
        <w:spacing w:after="44" w:before="0" w:line="144" w:lineRule="exact"/>
      </w:pPr>
      <w:r>
        <w:rPr>
          <w:b/>
          <w:sz w:val="12"/>
        </w:rPr>
        <w:t>Knight of Pentacles</w:t>
      </w:r>
      <w:r>
        <w:rPr>
          <w:i/>
          <w:color w:val="6B4C3B"/>
          <w:sz w:val="11"/>
        </w:rPr>
        <w:t xml:space="preserve"> (endurance, long-term, determination, do something about it) </w:t>
      </w:r>
      <w:r>
        <w:rPr>
          <w:sz w:val="12"/>
        </w:rPr>
        <w:t xml:space="preserve">They want to offer endurance and determination no matter how long it takes, but </w:t>
      </w:r>
      <w:r>
        <w:rPr>
          <w:b/>
          <w:sz w:val="12"/>
        </w:rPr>
        <w:t>the question is whether they earned it</w:t>
      </w:r>
      <w:r>
        <w:rPr>
          <w:sz w:val="12"/>
        </w:rPr>
        <w:t>.</w:t>
      </w:r>
    </w:p>
    <w:p>
      <w:pPr>
        <w:keepLines/>
        <w:spacing w:after="44" w:before="0" w:line="144" w:lineRule="exact"/>
      </w:pPr>
      <w:r>
        <w:rPr>
          <w:b/>
          <w:sz w:val="12"/>
        </w:rPr>
        <w:t>Queen of Pentacles</w:t>
      </w:r>
      <w:r>
        <w:rPr>
          <w:i/>
          <w:color w:val="6B4C3B"/>
          <w:sz w:val="11"/>
        </w:rPr>
        <w:t xml:space="preserve"> (going deeper, choosing themselves, scared it's real, manifestation) </w:t>
      </w:r>
      <w:r>
        <w:rPr>
          <w:sz w:val="12"/>
        </w:rPr>
        <w:t xml:space="preserve">They're choosing to go deeper, but </w:t>
      </w:r>
      <w:r>
        <w:rPr>
          <w:b/>
          <w:sz w:val="12"/>
        </w:rPr>
        <w:t>they're scared this is actually real</w:t>
      </w:r>
      <w:r>
        <w:rPr>
          <w:sz w:val="12"/>
        </w:rPr>
        <w:t xml:space="preserve"> because of things that happened to them before.</w:t>
      </w:r>
    </w:p>
    <w:p>
      <w:pPr>
        <w:keepLines/>
        <w:spacing w:after="44" w:before="0" w:line="144" w:lineRule="exact"/>
      </w:pPr>
      <w:r>
        <w:rPr>
          <w:b/>
          <w:sz w:val="12"/>
        </w:rPr>
        <w:t>King of Pentacles</w:t>
      </w:r>
      <w:r>
        <w:rPr>
          <w:i/>
          <w:color w:val="6B4C3B"/>
          <w:sz w:val="11"/>
        </w:rPr>
        <w:t xml:space="preserve"> (aligned, knows what they want, resources, leader energy) </w:t>
      </w:r>
      <w:r>
        <w:rPr>
          <w:sz w:val="12"/>
        </w:rPr>
        <w:t xml:space="preserve">They see you in a leader role running your own thing, and </w:t>
      </w:r>
      <w:r>
        <w:rPr>
          <w:b/>
          <w:sz w:val="12"/>
        </w:rPr>
        <w:t>your King energy exposes everything</w:t>
      </w:r>
      <w:r>
        <w:rPr>
          <w:sz w:val="12"/>
        </w:rPr>
        <w:t xml:space="preserve"> without you even trying.</w:t>
      </w:r>
    </w:p>
    <w:p>
      <w:pPr>
        <w:keepNext/>
        <w:spacing w:after="20" w:before="40" w:line="170" w:lineRule="exact"/>
      </w:pPr>
      <w:r>
        <w:rPr>
          <w:b/>
          <w:color w:val="6B4C3B"/>
          <w:sz w:val="15"/>
        </w:rPr>
        <w:t>MAJOR ARCANA</w:t>
      </w:r>
    </w:p>
    <w:p>
      <w:pPr>
        <w:keepLines/>
        <w:spacing w:after="44" w:before="0" w:line="144" w:lineRule="exact"/>
      </w:pPr>
      <w:r>
        <w:rPr>
          <w:b/>
          <w:sz w:val="12"/>
        </w:rPr>
        <w:t>The Fool</w:t>
      </w:r>
      <w:r>
        <w:rPr>
          <w:i/>
          <w:color w:val="6B4C3B"/>
          <w:sz w:val="11"/>
        </w:rPr>
        <w:t xml:space="preserve"> (new beginning, divine timing, energy can't be destroyed, fighting feelings) </w:t>
      </w:r>
      <w:r>
        <w:rPr>
          <w:sz w:val="12"/>
        </w:rPr>
        <w:t xml:space="preserve">They can't predict your next move and they sense divine timing on you, </w:t>
      </w:r>
      <w:r>
        <w:rPr>
          <w:b/>
          <w:sz w:val="12"/>
        </w:rPr>
        <w:t>making them question every safe choice</w:t>
      </w:r>
      <w:r>
        <w:rPr>
          <w:sz w:val="12"/>
        </w:rPr>
        <w:t xml:space="preserve"> they made.</w:t>
      </w:r>
    </w:p>
    <w:p>
      <w:pPr>
        <w:keepLines/>
        <w:spacing w:after="44" w:before="0" w:line="144" w:lineRule="exact"/>
      </w:pPr>
      <w:r>
        <w:rPr>
          <w:b/>
          <w:sz w:val="12"/>
        </w:rPr>
        <w:t>The Magician</w:t>
      </w:r>
      <w:r>
        <w:rPr>
          <w:i/>
          <w:color w:val="6B4C3B"/>
          <w:sz w:val="11"/>
        </w:rPr>
        <w:t xml:space="preserve"> (manifestation, self-assured, magnetic, organized, speaking into existence) </w:t>
      </w:r>
      <w:r>
        <w:rPr>
          <w:b/>
          <w:sz w:val="12"/>
        </w:rPr>
        <w:t>You're self-assured in a way that ain't normal</w:t>
      </w:r>
      <w:r>
        <w:rPr>
          <w:sz w:val="12"/>
        </w:rPr>
        <w:t>, and they've watched you speak things into existence then act like it's nothing.</w:t>
      </w:r>
    </w:p>
    <w:p>
      <w:pPr>
        <w:keepLines/>
        <w:spacing w:after="44" w:before="0" w:line="144" w:lineRule="exact"/>
      </w:pPr>
      <w:r>
        <w:rPr>
          <w:b/>
          <w:sz w:val="12"/>
        </w:rPr>
        <w:t>The High Priestess</w:t>
      </w:r>
      <w:r>
        <w:rPr>
          <w:i/>
          <w:color w:val="6B4C3B"/>
          <w:sz w:val="11"/>
        </w:rPr>
        <w:t xml:space="preserve"> (psychic, intuition, confirmation, red flags, reading energy) </w:t>
      </w:r>
      <w:r>
        <w:rPr>
          <w:sz w:val="12"/>
        </w:rPr>
        <w:t xml:space="preserve">You know what you shouldn't know, your intuition clocked them before they moved, and </w:t>
      </w:r>
      <w:r>
        <w:rPr>
          <w:b/>
          <w:sz w:val="12"/>
        </w:rPr>
        <w:t>the silence you carry is louder</w:t>
      </w:r>
      <w:r>
        <w:rPr>
          <w:sz w:val="12"/>
        </w:rPr>
        <w:t xml:space="preserve"> than anything.</w:t>
      </w:r>
    </w:p>
    <w:p>
      <w:pPr>
        <w:keepLines/>
        <w:spacing w:after="44" w:before="0" w:line="144" w:lineRule="exact"/>
      </w:pPr>
      <w:r>
        <w:rPr>
          <w:b/>
          <w:sz w:val="12"/>
        </w:rPr>
        <w:t>The Empress</w:t>
      </w:r>
      <w:r>
        <w:rPr>
          <w:i/>
          <w:color w:val="6B4C3B"/>
          <w:sz w:val="11"/>
        </w:rPr>
        <w:t xml:space="preserve"> (magnetic, secret admirers, winning energy, unstoppable, minds racing) </w:t>
      </w:r>
      <w:r>
        <w:rPr>
          <w:sz w:val="12"/>
        </w:rPr>
        <w:t xml:space="preserve">They're secretly thinking how do I become like them, because </w:t>
      </w:r>
      <w:r>
        <w:rPr>
          <w:b/>
          <w:sz w:val="12"/>
        </w:rPr>
        <w:t>you make people's minds race</w:t>
      </w:r>
      <w:r>
        <w:rPr>
          <w:sz w:val="12"/>
        </w:rPr>
        <w:t xml:space="preserve"> and they can't figure out how.</w:t>
      </w:r>
    </w:p>
    <w:p>
      <w:pPr>
        <w:keepLines/>
        <w:spacing w:after="44" w:before="0" w:line="144" w:lineRule="exact"/>
      </w:pPr>
      <w:r>
        <w:rPr>
          <w:b/>
          <w:sz w:val="12"/>
        </w:rPr>
        <w:t>The Emperor</w:t>
      </w:r>
      <w:r>
        <w:rPr>
          <w:i/>
          <w:color w:val="6B4C3B"/>
          <w:sz w:val="11"/>
        </w:rPr>
        <w:t xml:space="preserve"> (Aries, initiative, authority, spells backfiring, defamation failing) </w:t>
      </w:r>
      <w:r>
        <w:rPr>
          <w:b/>
          <w:sz w:val="12"/>
        </w:rPr>
        <w:t>Their spells are backfiring right in their face</w:t>
      </w:r>
      <w:r>
        <w:rPr>
          <w:sz w:val="12"/>
        </w:rPr>
        <w:t>, and they're trying defamation of character but they ain't got no proof.</w:t>
      </w:r>
    </w:p>
    <w:p>
      <w:pPr>
        <w:keepLines/>
        <w:spacing w:after="44" w:before="0" w:line="144" w:lineRule="exact"/>
      </w:pPr>
      <w:r>
        <w:rPr>
          <w:b/>
          <w:sz w:val="12"/>
        </w:rPr>
        <w:t>The Hierophant</w:t>
      </w:r>
      <w:r>
        <w:rPr>
          <w:i/>
          <w:color w:val="6B4C3B"/>
          <w:sz w:val="11"/>
        </w:rPr>
        <w:t xml:space="preserve"> (tradition, belief systems, skilled, competition, rebelling) </w:t>
      </w:r>
      <w:r>
        <w:rPr>
          <w:sz w:val="12"/>
        </w:rPr>
        <w:t xml:space="preserve">You're skilled at what you do, and they rebel against the status quo because </w:t>
      </w:r>
      <w:r>
        <w:rPr>
          <w:b/>
          <w:sz w:val="12"/>
        </w:rPr>
        <w:t>you made them question their whole belief system</w:t>
      </w:r>
      <w:r>
        <w:rPr>
          <w:sz w:val="12"/>
        </w:rPr>
        <w:t>.</w:t>
      </w:r>
    </w:p>
    <w:p>
      <w:pPr>
        <w:keepLines/>
        <w:spacing w:after="44" w:before="0" w:line="144" w:lineRule="exact"/>
      </w:pPr>
      <w:r>
        <w:rPr>
          <w:b/>
          <w:sz w:val="12"/>
        </w:rPr>
        <w:t>The Lovers</w:t>
      </w:r>
      <w:r>
        <w:rPr>
          <w:i/>
          <w:color w:val="6B4C3B"/>
          <w:sz w:val="11"/>
        </w:rPr>
        <w:t xml:space="preserve"> (choice, duality, oath, fear of choosing, obsession disguised as love) </w:t>
      </w:r>
      <w:r>
        <w:rPr>
          <w:sz w:val="12"/>
        </w:rPr>
        <w:t xml:space="preserve">They're thinking about taking an oath with you, but </w:t>
      </w:r>
      <w:r>
        <w:rPr>
          <w:b/>
          <w:sz w:val="12"/>
        </w:rPr>
        <w:t>genuine attraction crossed into obsession disguised as love</w:t>
      </w:r>
      <w:r>
        <w:rPr>
          <w:sz w:val="12"/>
        </w:rPr>
        <w:t>.</w:t>
      </w:r>
    </w:p>
    <w:p>
      <w:pPr>
        <w:keepLines/>
        <w:spacing w:after="44" w:before="0" w:line="144" w:lineRule="exact"/>
      </w:pPr>
      <w:r>
        <w:rPr>
          <w:b/>
          <w:sz w:val="12"/>
        </w:rPr>
        <w:t>The Chariot</w:t>
      </w:r>
      <w:r>
        <w:rPr>
          <w:i/>
          <w:color w:val="6B4C3B"/>
          <w:sz w:val="11"/>
        </w:rPr>
        <w:t xml:space="preserve"> (destiny, moving forward, blocking quickly, no time for nonsense) </w:t>
      </w:r>
      <w:r>
        <w:rPr>
          <w:sz w:val="12"/>
        </w:rPr>
        <w:t xml:space="preserve">You block people real quick, and </w:t>
      </w:r>
      <w:r>
        <w:rPr>
          <w:b/>
          <w:sz w:val="12"/>
        </w:rPr>
        <w:t>your belief the plan will find you</w:t>
      </w:r>
      <w:r>
        <w:rPr>
          <w:sz w:val="12"/>
        </w:rPr>
        <w:t xml:space="preserve"> without chasing is undeniable destiny energy.</w:t>
      </w:r>
    </w:p>
    <w:p>
      <w:pPr>
        <w:keepLines/>
        <w:spacing w:after="44" w:before="0" w:line="144" w:lineRule="exact"/>
      </w:pPr>
      <w:r>
        <w:rPr>
          <w:b/>
          <w:sz w:val="12"/>
        </w:rPr>
        <w:t>Strength</w:t>
      </w:r>
      <w:r>
        <w:rPr>
          <w:i/>
          <w:color w:val="6B4C3B"/>
          <w:sz w:val="11"/>
        </w:rPr>
        <w:t xml:space="preserve"> (courage, overcoming, prioritizing self, inner strength, breaking out of trauma) </w:t>
      </w:r>
      <w:r>
        <w:rPr>
          <w:sz w:val="12"/>
        </w:rPr>
        <w:t xml:space="preserve">You prioritize yourself in hard times, and they can't get their way no matter what because </w:t>
      </w:r>
      <w:r>
        <w:rPr>
          <w:b/>
          <w:sz w:val="12"/>
        </w:rPr>
        <w:t>your inner courage can't be matched</w:t>
      </w:r>
      <w:r>
        <w:rPr>
          <w:sz w:val="12"/>
        </w:rPr>
        <w:t>.</w:t>
      </w:r>
    </w:p>
    <w:p>
      <w:pPr>
        <w:keepLines/>
        <w:spacing w:after="44" w:before="0" w:line="144" w:lineRule="exact"/>
      </w:pPr>
      <w:r>
        <w:rPr>
          <w:b/>
          <w:sz w:val="12"/>
        </w:rPr>
        <w:t>The Hermit</w:t>
      </w:r>
      <w:r>
        <w:rPr>
          <w:i/>
          <w:color w:val="6B4C3B"/>
          <w:sz w:val="11"/>
        </w:rPr>
        <w:t xml:space="preserve"> (Virgo energy, wisdom, psychic knowing, solitude, detachment) </w:t>
      </w:r>
      <w:r>
        <w:rPr>
          <w:sz w:val="12"/>
        </w:rPr>
        <w:t xml:space="preserve">You're wise as hell and don't stay stuck long, because </w:t>
      </w:r>
      <w:r>
        <w:rPr>
          <w:b/>
          <w:sz w:val="12"/>
        </w:rPr>
        <w:t>you let confusion bring clarity</w:t>
      </w:r>
      <w:r>
        <w:rPr>
          <w:sz w:val="12"/>
        </w:rPr>
        <w:t xml:space="preserve"> while they wonder how you found the answer.</w:t>
      </w:r>
    </w:p>
    <w:p>
      <w:pPr>
        <w:keepLines/>
        <w:spacing w:after="44" w:before="0" w:line="144" w:lineRule="exact"/>
      </w:pPr>
      <w:r>
        <w:rPr>
          <w:b/>
          <w:sz w:val="12"/>
        </w:rPr>
        <w:t>Wheel of Fortune</w:t>
      </w:r>
      <w:r>
        <w:rPr>
          <w:i/>
          <w:color w:val="6B4C3B"/>
          <w:sz w:val="11"/>
        </w:rPr>
        <w:t xml:space="preserve"> (turning in your favor, luck, good fortune, lessons learned) </w:t>
      </w:r>
      <w:r>
        <w:rPr>
          <w:sz w:val="12"/>
        </w:rPr>
        <w:t xml:space="preserve">You're attracting good luck and fortune because </w:t>
      </w:r>
      <w:r>
        <w:rPr>
          <w:b/>
          <w:sz w:val="12"/>
        </w:rPr>
        <w:t>you gave in to your soul</w:t>
      </w:r>
      <w:r>
        <w:rPr>
          <w:sz w:val="12"/>
        </w:rPr>
        <w:t xml:space="preserve"> and they gave in to sabotage, and that's the difference.</w:t>
      </w:r>
    </w:p>
    <w:p>
      <w:pPr>
        <w:keepLines/>
        <w:spacing w:after="44" w:before="0" w:line="144" w:lineRule="exact"/>
      </w:pPr>
      <w:r>
        <w:rPr>
          <w:b/>
          <w:sz w:val="12"/>
        </w:rPr>
        <w:t>Justice</w:t>
      </w:r>
      <w:r>
        <w:rPr>
          <w:i/>
          <w:color w:val="6B4C3B"/>
          <w:sz w:val="11"/>
        </w:rPr>
        <w:t xml:space="preserve"> (balance, truth revealed, toxic situations, ease and flow, third parties exposed) </w:t>
      </w:r>
      <w:r>
        <w:rPr>
          <w:sz w:val="12"/>
        </w:rPr>
        <w:t xml:space="preserve">You move out of toxic situations with ease and flow, and </w:t>
      </w:r>
      <w:r>
        <w:rPr>
          <w:b/>
          <w:sz w:val="12"/>
        </w:rPr>
        <w:t>third parties are getting exposed</w:t>
      </w:r>
      <w:r>
        <w:rPr>
          <w:sz w:val="12"/>
        </w:rPr>
        <w:t xml:space="preserve"> because justice don't miss.</w:t>
      </w:r>
    </w:p>
    <w:p>
      <w:pPr>
        <w:keepLines/>
        <w:spacing w:after="44" w:before="0" w:line="144" w:lineRule="exact"/>
      </w:pPr>
      <w:r>
        <w:rPr>
          <w:b/>
          <w:sz w:val="12"/>
        </w:rPr>
        <w:t>The Hanged Man</w:t>
      </w:r>
      <w:r>
        <w:rPr>
          <w:i/>
          <w:color w:val="6B4C3B"/>
          <w:sz w:val="11"/>
        </w:rPr>
        <w:t xml:space="preserve"> (perspective, surrender, seeing differently, peeping the truth) </w:t>
      </w:r>
      <w:r>
        <w:rPr>
          <w:sz w:val="12"/>
        </w:rPr>
        <w:t xml:space="preserve">You see the words that were never spoken, and </w:t>
      </w:r>
      <w:r>
        <w:rPr>
          <w:b/>
          <w:sz w:val="12"/>
        </w:rPr>
        <w:t>they are done waiting, caps lock done</w:t>
      </w:r>
      <w:r>
        <w:rPr>
          <w:sz w:val="12"/>
        </w:rPr>
        <w:t>, because they surrendered old beliefs for you.</w:t>
      </w:r>
    </w:p>
    <w:p>
      <w:pPr>
        <w:keepLines/>
        <w:spacing w:after="44" w:before="0" w:line="144" w:lineRule="exact"/>
      </w:pPr>
      <w:r>
        <w:rPr>
          <w:b/>
          <w:sz w:val="12"/>
        </w:rPr>
        <w:t>Death</w:t>
      </w:r>
      <w:r>
        <w:rPr>
          <w:i/>
          <w:color w:val="6B4C3B"/>
          <w:sz w:val="11"/>
        </w:rPr>
        <w:t xml:space="preserve"> (regeneration, shocked, rebirth, shedding, lotus flower) </w:t>
      </w:r>
      <w:r>
        <w:rPr>
          <w:sz w:val="12"/>
        </w:rPr>
        <w:t xml:space="preserve">People are shocked at your regeneration because </w:t>
      </w:r>
      <w:r>
        <w:rPr>
          <w:b/>
          <w:sz w:val="12"/>
        </w:rPr>
        <w:t>you grow off death and decay like a lotus</w:t>
      </w:r>
      <w:r>
        <w:rPr>
          <w:sz w:val="12"/>
        </w:rPr>
        <w:t>, turning rot into power.</w:t>
      </w:r>
    </w:p>
    <w:p>
      <w:pPr>
        <w:keepLines/>
        <w:spacing w:after="44" w:before="0" w:line="144" w:lineRule="exact"/>
      </w:pPr>
      <w:r>
        <w:rPr>
          <w:b/>
          <w:sz w:val="12"/>
        </w:rPr>
        <w:t>Temperance</w:t>
      </w:r>
      <w:r>
        <w:rPr>
          <w:i/>
          <w:color w:val="6B4C3B"/>
          <w:sz w:val="11"/>
        </w:rPr>
        <w:t xml:space="preserve"> (alchemy, Sagittarius, balance, creating opportunities, staying on path) </w:t>
      </w:r>
      <w:r>
        <w:rPr>
          <w:b/>
          <w:sz w:val="12"/>
        </w:rPr>
        <w:t>You alchemize everything they send into opportunities</w:t>
      </w:r>
      <w:r>
        <w:rPr>
          <w:sz w:val="12"/>
        </w:rPr>
        <w:t>, and ain't nobody care what they say because you are the master.</w:t>
      </w:r>
    </w:p>
    <w:p>
      <w:pPr>
        <w:keepLines/>
        <w:spacing w:after="44" w:before="0" w:line="144" w:lineRule="exact"/>
      </w:pPr>
      <w:r>
        <w:rPr>
          <w:b/>
          <w:sz w:val="12"/>
        </w:rPr>
        <w:t>The Devil</w:t>
      </w:r>
      <w:r>
        <w:rPr>
          <w:i/>
          <w:color w:val="6B4C3B"/>
          <w:sz w:val="11"/>
        </w:rPr>
        <w:t xml:space="preserve"> (lust, attachment, energy siphoning, playing with fire, ancient energy) </w:t>
      </w:r>
      <w:r>
        <w:rPr>
          <w:sz w:val="12"/>
        </w:rPr>
        <w:t xml:space="preserve">They want that attachment and energy siphoning, but </w:t>
      </w:r>
      <w:r>
        <w:rPr>
          <w:b/>
          <w:sz w:val="12"/>
        </w:rPr>
        <w:t>you recognize the Devil in a different meat suit</w:t>
      </w:r>
      <w:r>
        <w:rPr>
          <w:sz w:val="12"/>
        </w:rPr>
        <w:t>, same energy new person.</w:t>
      </w:r>
    </w:p>
    <w:p>
      <w:pPr>
        <w:keepLines/>
        <w:spacing w:after="44" w:before="0" w:line="144" w:lineRule="exact"/>
      </w:pPr>
      <w:r>
        <w:rPr>
          <w:b/>
          <w:sz w:val="12"/>
        </w:rPr>
        <w:t>The Tower</w:t>
      </w:r>
      <w:r>
        <w:rPr>
          <w:i/>
          <w:color w:val="6B4C3B"/>
          <w:sz w:val="11"/>
        </w:rPr>
        <w:t xml:space="preserve"> (sudden change, manifestation, humiliation backfiring, unexpected miracles) </w:t>
      </w:r>
      <w:r>
        <w:rPr>
          <w:sz w:val="12"/>
        </w:rPr>
        <w:t xml:space="preserve">One action is about to change everything, and </w:t>
      </w:r>
      <w:r>
        <w:rPr>
          <w:b/>
          <w:sz w:val="12"/>
        </w:rPr>
        <w:t>whatever they tried to discredit ends in backfire</w:t>
      </w:r>
      <w:r>
        <w:rPr>
          <w:sz w:val="12"/>
        </w:rPr>
        <w:t>, that's structural and promised.</w:t>
      </w:r>
    </w:p>
    <w:p>
      <w:pPr>
        <w:keepLines/>
        <w:spacing w:after="44" w:before="0" w:line="144" w:lineRule="exact"/>
      </w:pPr>
      <w:r>
        <w:rPr>
          <w:b/>
          <w:sz w:val="12"/>
        </w:rPr>
        <w:t>The Star</w:t>
      </w:r>
      <w:r>
        <w:rPr>
          <w:i/>
          <w:color w:val="6B4C3B"/>
          <w:sz w:val="11"/>
        </w:rPr>
        <w:t xml:space="preserve"> (purpose, divine mission, sacred sight, specific skills, healing) </w:t>
      </w:r>
      <w:r>
        <w:rPr>
          <w:sz w:val="12"/>
        </w:rPr>
        <w:t xml:space="preserve">Spirit sends you on specific missions, and </w:t>
      </w:r>
      <w:r>
        <w:rPr>
          <w:b/>
          <w:sz w:val="12"/>
        </w:rPr>
        <w:t>you're so out of this world you see what's happening</w:t>
      </w:r>
      <w:r>
        <w:rPr>
          <w:sz w:val="12"/>
        </w:rPr>
        <w:t xml:space="preserve"> while they stay blind.</w:t>
      </w:r>
    </w:p>
    <w:p>
      <w:pPr>
        <w:keepLines/>
        <w:spacing w:after="44" w:before="0" w:line="144" w:lineRule="exact"/>
      </w:pPr>
      <w:r>
        <w:rPr>
          <w:b/>
          <w:sz w:val="12"/>
        </w:rPr>
        <w:t>The Moon</w:t>
      </w:r>
      <w:r>
        <w:rPr>
          <w:i/>
          <w:color w:val="6B4C3B"/>
          <w:sz w:val="11"/>
        </w:rPr>
        <w:t xml:space="preserve"> (psychic sight, seeing through the dark, subconscious fears, navigating deception) </w:t>
      </w:r>
      <w:r>
        <w:rPr>
          <w:b/>
          <w:sz w:val="12"/>
        </w:rPr>
        <w:t>You're insanely psychic and see through the dark</w:t>
      </w:r>
      <w:r>
        <w:rPr>
          <w:sz w:val="12"/>
        </w:rPr>
        <w:t>, and things are moving faster than they planned with nothing to slow it down.</w:t>
      </w:r>
    </w:p>
    <w:p>
      <w:pPr>
        <w:keepLines/>
        <w:spacing w:after="44" w:before="0" w:line="144" w:lineRule="exact"/>
      </w:pPr>
      <w:r>
        <w:rPr>
          <w:b/>
          <w:sz w:val="12"/>
        </w:rPr>
        <w:t>The Sun</w:t>
      </w:r>
      <w:r>
        <w:rPr>
          <w:i/>
          <w:color w:val="6B4C3B"/>
          <w:sz w:val="11"/>
        </w:rPr>
        <w:t xml:space="preserve"> (spotlight, all eyes on you, undeniable, keys, always winning) </w:t>
      </w:r>
      <w:r>
        <w:rPr>
          <w:sz w:val="12"/>
        </w:rPr>
        <w:t xml:space="preserve">You get what you want all the time and </w:t>
      </w:r>
      <w:r>
        <w:rPr>
          <w:b/>
          <w:sz w:val="12"/>
        </w:rPr>
        <w:t>your talent is undeniable</w:t>
      </w:r>
      <w:r>
        <w:rPr>
          <w:sz w:val="12"/>
        </w:rPr>
        <w:t>, with the Sun out twice meaning maximum confirmation.</w:t>
      </w:r>
    </w:p>
    <w:p>
      <w:pPr>
        <w:keepLines/>
        <w:spacing w:after="44" w:before="0" w:line="144" w:lineRule="exact"/>
      </w:pPr>
      <w:r>
        <w:rPr>
          <w:b/>
          <w:sz w:val="12"/>
        </w:rPr>
        <w:t>Judgement</w:t>
      </w:r>
      <w:r>
        <w:rPr>
          <w:i/>
          <w:color w:val="6B4C3B"/>
          <w:sz w:val="11"/>
        </w:rPr>
        <w:t xml:space="preserve"> (reckoning, accountability, manipulation failing, too little too late, karma) </w:t>
      </w:r>
      <w:r>
        <w:rPr>
          <w:sz w:val="12"/>
        </w:rPr>
        <w:t xml:space="preserve">They realize too late the fantasy is over, and </w:t>
      </w:r>
      <w:r>
        <w:rPr>
          <w:b/>
          <w:sz w:val="12"/>
        </w:rPr>
        <w:t>what they did many times is coming back around</w:t>
      </w:r>
      <w:r>
        <w:rPr>
          <w:sz w:val="12"/>
        </w:rPr>
        <w:t>, because the judgment is theirs.</w:t>
      </w:r>
    </w:p>
    <w:p>
      <w:pPr>
        <w:keepLines/>
        <w:spacing w:after="44" w:before="0" w:line="144" w:lineRule="exact"/>
      </w:pPr>
      <w:r>
        <w:rPr>
          <w:b/>
          <w:sz w:val="12"/>
        </w:rPr>
        <w:t>The World</w:t>
      </w:r>
      <w:r>
        <w:rPr>
          <w:i/>
          <w:color w:val="6B4C3B"/>
          <w:sz w:val="11"/>
        </w:rPr>
        <w:t xml:space="preserve"> (completion, closing the cycle, Saturn, intellectual richness, shook) </w:t>
      </w:r>
      <w:r>
        <w:rPr>
          <w:sz w:val="12"/>
        </w:rPr>
        <w:t xml:space="preserve">People saw you online and they're just shook, because </w:t>
      </w:r>
      <w:r>
        <w:rPr>
          <w:b/>
          <w:sz w:val="12"/>
        </w:rPr>
        <w:t>you carry intellectual richness they never expected</w:t>
      </w:r>
      <w:r>
        <w:rPr>
          <w:sz w:val="12"/>
        </w:rPr>
        <w:t>, mastery from Saturn.</w:t>
      </w:r>
    </w:p>
    <w:p>
      <w:pPr>
        <w:spacing w:after="0" w:before="60"/>
      </w:pPr>
      <w:r>
        <w:rPr>
          <w:i/>
          <w:color w:val="6B4C3B"/>
          <w:sz w:val="12"/>
        </w:rPr>
        <w:t>Chiron voice, corpus-grounded. Palette: Fantastic Mr. Fox (Wes Anderson).</w:t>
      </w:r>
    </w:p>
    <w:sectPr w:rsidR="00FC693F" w:rsidRPr="0006063C" w:rsidSect="00034616">
      <w:type w:val="continuous"/>
      <w:pgSz w:w="15840" w:h="12240" w:orient="landscape"/>
      <w:pgMar w:top="288" w:right="288" w:bottom="288" w:left="288" w:header="720" w:footer="720" w:gutter="0"/>
      <w:cols w:space="158" w:num="4" w:equalWidth="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before="0"/>
    </w:pPr>
    <w:rPr>
      <w:rFonts w:ascii="Arial" w:hAnsi="Arial"/>
      <w:sz w:val="1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